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ישראל שלי – טריוויה על מקומות, טבע ושפה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מקומות ותופעות טבע מרכזיים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ידע על השפה העברית והחגים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עובדות יסוד על מדינת ישראל בצורה מהנה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הכנרת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עברית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ירושלים היא הבירה הרשמית של ישראל.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הנגב משתרע בדרום ישראל והוא אזור מדברי.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מקום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(אגם מים מתוקים בצפון הארץ)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(הים המלוח ביותר בעולם)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(עיר הבירה של ישראל)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שם מקום, סיבה לרצון לבקר ופרט מעניין אחד.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הכנרת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הנגב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המשחק בכיתה במקרן ולהשוות לתשובות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לחזק מושגי מקום בעזרת מפת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השאלות המסומנות כקשות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ישראל שלי – טריוויה על מקומות, טבע ושפה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תתרגלו שאלות ידע על ישראל – מקומות, טבע, שפה וחגים, בדומה לשאלות המופיעות במשחק הטריוויה.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הכנרת  ·  ירושלים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אגם המים המתוקים הגדול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הים התיכון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עיר הבירה של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מהי השפה הרשמית המדוברת ביותר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ערבית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עברית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ירושלים היא עיר הבירה של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הנגב הוא אזור מדברי בדרום הארץ.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אגם מים מתוקים גדול בישראל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עיר הבירה של ישראל היא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מקום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הכנרת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עיר הבירה של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ים המלח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אגם מים מתוקים בצפון הארץ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ירושלים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הים המלוח ביותר בעולם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כתבו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ספרו בקצרה על מקום אחד בישראל שהייתם רוצים לבקר בו ולמה.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אגם המים המתוקים הגדול בישראל?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עיר הבירה של ישראל?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ישראל שלי – טריוויה על מקומות, טבע ושפה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